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8A52C9"/>
          <w:sz w:val="18"/>
        </w:rPr>
        <w:t>PRESS RELEASE</w:t>
      </w:r>
    </w:p>
    <w:p>
      <w:pPr>
        <w:spacing w:after="160"/>
      </w:pPr>
      <w:r>
        <w:rPr>
          <w:b/>
          <w:color w:val="160C2E"/>
          <w:sz w:val="36"/>
        </w:rPr>
        <w:t>MagokoroAI introduces Magokai, an AI web novel and character chat app in 76 languages</w:t>
      </w:r>
    </w:p>
    <w:p>
      <w:pPr>
        <w:spacing w:after="200"/>
      </w:pPr>
      <w:r>
        <w:rPr>
          <w:b w:val="0"/>
          <w:color w:val="5A5470"/>
          <w:sz w:val="24"/>
        </w:rPr>
        <w:t>Readers pick the characters, world and genre; the AI writes the novel and the characters talk back. Stories, chats and diaries stay on the reader’s device.</w:t>
      </w:r>
    </w:p>
    <w:p>
      <w:pPr>
        <w:spacing w:after="160"/>
      </w:pPr>
      <w:r>
        <w:rPr>
          <w:b/>
          <w:sz w:val="22"/>
        </w:rPr>
        <w:t>Incheon, Republic of Korea — October 2026</w:t>
      </w:r>
    </w:p>
    <w:p>
      <w:pPr>
        <w:spacing w:after="160"/>
      </w:pPr>
      <w:r>
        <w:rPr>
          <w:b w:val="0"/>
          <w:sz w:val="22"/>
        </w:rPr>
        <w:t>MagokoroAI, Inc. today introduced Magokai, a mobile app that turns a few choices into a complete web novel and lets readers chat with the characters inside it. Magokai arrives on the App Store and Google Play in October 2026 and is available in 76 languages.</w:t>
      </w:r>
    </w:p>
    <w:p>
      <w:pPr>
        <w:spacing w:after="160"/>
      </w:pPr>
      <w:r>
        <w:rPr>
          <w:b w:val="0"/>
          <w:sz w:val="22"/>
        </w:rPr>
        <w:t>To start a story, a reader picks characters, a world and a genre. Magokai’s AI writes the whole novel, and every character can be messaged directly — each one answers in its own voice and remembers the story so far. Group chats bring several characters into one conversation, and an AI diary lets a character write about its day from its own point of view.</w:t>
      </w:r>
    </w:p>
    <w:p>
      <w:pPr>
        <w:spacing w:after="160"/>
      </w:pPr>
      <w:r>
        <w:rPr>
          <w:b w:val="0"/>
          <w:sz w:val="22"/>
        </w:rPr>
        <w:t>Magokai is built for readers everywhere: the app, the chats and the novels switch between 76 languages inside the app, and the store listings cover 102 markets. Saved stories, chats and diaries live on the reader’s device rather than on Magokai’s servers, with backups the reader controls. An offline reader with read-aloud, an offline music and video player, alarms, a world clock and home-screen widgets all work without a connection.</w:t>
      </w:r>
    </w:p>
    <w:p>
      <w:pPr>
        <w:spacing w:after="160"/>
      </w:pPr>
      <w:r>
        <w:rPr>
          <w:b w:val="0"/>
          <w:sz w:val="22"/>
        </w:rPr>
        <w:t>Magokai is free to download on iPhone and iPad (iOS 16 or later) and on Android phones and tablets (Android 7.0 or later), with optional in-app purchases and subscriptions. The web version is at magokai.com. Press materials — logos, screenshots, key visuals and ready-made ads in every supported language — are at magokoroai.com/press.</w:t>
      </w:r>
    </w:p>
    <w:p>
      <w:pPr>
        <w:spacing w:after="80"/>
      </w:pPr>
      <w:r>
        <w:rPr>
          <w:b/>
          <w:color w:val="160C2E"/>
          <w:sz w:val="26"/>
        </w:rPr>
        <w:t>About Magokai</w:t>
      </w:r>
    </w:p>
    <w:p>
      <w:pPr>
        <w:spacing w:after="160"/>
      </w:pPr>
      <w:r>
        <w:rPr>
          <w:b w:val="0"/>
          <w:sz w:val="22"/>
        </w:rPr>
        <w:t>Magokai is an AI web novel and character chat app from MagokoroAI. Pick your characters, a world and a genre, and the AI writes a whole novel — read it as a novel, or watch it as a webtoon or shorts. Talk one-on-one with a character you made or a hero you love, pull several characters into a group chat, and receive AI diaries written from a character’s point of view.</w:t>
      </w:r>
    </w:p>
    <w:p>
      <w:pPr>
        <w:spacing w:after="160"/>
      </w:pPr>
      <w:r>
        <w:rPr>
          <w:b w:val="0"/>
          <w:sz w:val="22"/>
        </w:rPr>
        <w:t>Saved stories, chats and diaries live on the user’s device, not on Magokai’s servers. An offline reader with read-aloud, an offline music and video player, strong alarms that show over the lock screen, a world clock, flashcards and five home-screen widgets all work with no connection. Magokai is available in 76 languages on iOS and Android, and on the web at magokai.com.</w:t>
      </w:r>
    </w:p>
    <w:p>
      <w:pPr>
        <w:spacing w:after="80"/>
      </w:pPr>
      <w:r>
        <w:rPr>
          <w:b/>
          <w:color w:val="160C2E"/>
          <w:sz w:val="26"/>
        </w:rPr>
        <w:t>About MagokoroAI</w:t>
      </w:r>
    </w:p>
    <w:p>
      <w:pPr>
        <w:spacing w:after="160"/>
      </w:pPr>
      <w:r>
        <w:rPr>
          <w:b w:val="0"/>
          <w:sz w:val="22"/>
        </w:rPr>
        <w:t>MagokoroAI, Inc. is an AI company based in the International Business District near Incheon International Airport, Republic of Korea. It builds magokai.com, a next-generation AI character platform where anyone can create AI characters, talk with them and co-author stories, and allsns.com, a link-in-bio service for characters and creators. The name comes from the Japanese word magokoro (まごころ), sincerity — experiences connected not just by code, but by heart.</w:t>
      </w:r>
    </w:p>
    <w:p>
      <w:pPr>
        <w:spacing w:after="120"/>
      </w:pPr>
      <w:r>
        <w:rPr>
          <w:b/>
          <w:sz w:val="22"/>
        </w:rPr>
        <w:t>Press contact: cs@magokoroai.com · magokoroai.com/press</w:t>
      </w:r>
    </w:p>
    <w:p>
      <w:pPr>
        <w:spacing w:after="0"/>
      </w:pPr>
      <w:r>
        <w:rPr>
          <w:b w:val="0"/>
          <w:color w:val="8A8AA0"/>
          <w:sz w:val="18"/>
        </w:rPr>
        <w:t>MagokoroAI, Inc. · https://magokoroai.com · https://magokai.com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MagokoroAI introduces Magokai, an AI web novel and character chat app in 76 languages</dc:title>
  <dc:subject/>
  <dc:creator>MagokoroAI, Inc.</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